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סימולטור 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סימולטור הראיון ולדעת איך להתכונן אליו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מענה לשאלות ראיון בזמן מוגבל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הערכה עצמית על איכות התשובות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45, 60, 90 או 120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היא נמחקת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לצלם את עצמכם בטלפון או לבקש מחבר להקשיב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מגמה/תיכון, תוכנית/מכינה, עבודה ראשונה ומלגה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מגריל שאלת ראיון 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ההקלטה נמחקת כשיוצאים מהעמוד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כפתור הקראת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אם לא תרגלו עדיין, היומן ריק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אחת האפשרויות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מתאים גם לתיכון, עולים וחנ״מ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טיימר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מלגה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טלפון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(מודד את זמן התשובה)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(מאפשרת לצפות בעצמכם אחרי התרגול)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(שומר תרגולים קודמים)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(קובע את תחום השאלות)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(משמיעה את השאלה בקול)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סוג ראיון וזמן לתשובה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ללחוץ על שאלה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להקשיב או לקרוא את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להפעיל טיימר והקלטה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לענות על השאלה בקול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להעריך את התשובה ולשמור ביומן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תרגול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קריטריון: שאלה רלוונטית לסוג הראיון שנבחר, תשובה ענינית וברורה באורך 3-5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קריטריון: התייחסות לתוכן, קצב דיבור או בהירות, עם הסבר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לשם סוג אחד לפחות כמו מגמה, עבודה ראשונה או מלגה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היא נמחקת ולא נשמרת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לבחור סוג ראיון וזמן תשובה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בזוגות כדי שאחד יקשיב בזמן שהשני מדבר אם אין הקלטה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שימוש בכלי מול הכיתה לפני שהתלמידים מתרגלים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התרגול לדף בונה ההצגה העצמית ובונה סיפורי STAR שמופיעים בעמוד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סימולטור 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בסימולטור הראיון בוחרים סוג ראיון וזמן לתשובה, מקבלים שאלה אקראית ועונים עליה בעל פה תוך הקלטה או תרגול מול מצלמה. בדף הזה נתרגל את העקרונות שעומדים מאחורי הכלי.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הכלי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זמן תשובה אפשר לבחור בסימולטור?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30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45, 60, 90 או 120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דקה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הגבלת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להקלטה אחרי שיוצאים מהעמוד?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נשלחת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נשמרת לצמיתות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נמחקת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עולה לאינטרנט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אפשר לעשות אם אין אפשרות הקלטה?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לדלג על התרגול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לצלם את עצמכם בטלפון או לבקש מחבר להקשיב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את התשובה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להמתין לשיעור מחשבים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אילו סוגי ראיונות אפשר לבחור בסימולטור?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ראיון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מגמה/תיכון, תוכנית/מכינה, עבודה ראשונה ומלגה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ראיון למלגה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ראיון לצבא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תפקיד הכפתור ״שאלה חדשה״?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מוחק את היומן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מתחיל טיימר אוטומטית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מגריל שאלת ראיון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שומר הקלטה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הקלטה בסימולטור נשמרת גם אחרי שיוצאים מהעמוד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להקשיב להקראת השאלה בקול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היומן שומר את כל התרגולים שעשינו כברירת מחדל מההתחלה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זמן תשובה של 90 שניות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הסימולטור מיועד רק לתלמידי חטיבת ביניים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תחילת התרגול צריך ללחוץ על __________ כדי לקבל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מודד כמה זמן עבר מתחילת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אפשר לבחור סוג ראיון כמו עבודה ראשונה או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התרגול אפשר לשמור הערות ב__________ האימונים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אם אין הקלטה אפשר לצלם את עצמכם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טיימר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שומר תרגולים קודמים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הקלטה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קובע את תחום השאלות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יומן אימונים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מאפשרת לצפות בעצמכם אחרי התרגול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סוג הראיון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משמיעה את השאלה בקול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הקראת השאלה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מודד את זמן התשובה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להקשיב או לקרוא את השאלה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להפעיל טיימר והקלטה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סוג ראיון וזמן לתשובה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ללחוץ על שאלה חדשה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להעריך את התשובה ולשמור ביומן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לענות על השאלה בקול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תרגול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סוג ראיון אחד (למשל מגמה או עבודה ראשונה) וכתבו שאלה אפשרית שיכולה להישאל בו, ותשובה קצרה שתתכוננו להגיד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אחרי תרגול בסימולטור, מה הייתם משפרים בתשובה שלכם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סוגי הראיונות שאפשר לבחור בסימולטור?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להקלטה כשיוצאים מהעמוד?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לעשות לפני שלוחצים על שאלה חדשה?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סימולטור ראיון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