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סימולטור הראיון ולדעת איך להתכונן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לשאלות ראיון בזמן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הערכה עצמית על איכות התשובות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45, 60, 90 או 120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נמחקת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לצלם את עצמכם בטלפון או לבקש מחבר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מגמה/תיכון, תוכנית/מכינה, עבודה ראשונה ומלגה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מגריל שאלת ראיון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ההקלטה נמחקת כשיוצאים מהעמוד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הקראת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אם לא תרגלו עדיין, היומן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מתאים גם לתיכון, עולים וחנ״מ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(מודד את זמן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(מאפשרת לצפות בעצמכם אחרי התרגול)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(שומר תרגולים קודמים)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(קובע את תחום השאלות)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(משמיעה את השאלה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סוג ראיון וזמן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ללחוץ על שאלה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או לקרוא את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להפעיל טיימר והקלטה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לענות על השאלה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להעריך את התשובה ולשמור ביומן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קריטריון: שאלה רלוונטית לסוג הראיון שנבחר, תשובה ענינית וברורה באורך 3-5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קריטריון: התייחסות לתוכן, קצב דיבור או בהירות,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סוג אחד לפחות כמו מגמה, עבודה ראשונה או מלגה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נמחקת ולא נשמרת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סוג ראיון וזמן תשובה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כדי שאחד יקשיב בזמן שהשני מדבר אם אין הקלטה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שימוש בכלי מול הכיתה לפני שהתלמידים מתרגלים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התרגול לדף בונה ההצגה העצמית ובונה סיפורי STAR שמופיעים בעמוד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כלי שנותן שאלת ראיון. עונים עליה בזמן קצוב. אפשר להקליט את עצמכם. בדף הזה נלמד איך להשתמש בכלי הזה טוב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סימולציה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שמדמה מצב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להכיר מועמד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עצר שסופר זמן לתשובה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לשפוט את עצמי כמה הצלחתי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אימונים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ששומרת תרגולים קודמים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 לימודים בתיכון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לפני גיוס או אחרי תיכון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שנותנים לתמיכה בלימודים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אפשרויות זמן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45, 60, 90 או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להקלטה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נשלחת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נשמרת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נמחקת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עולה לאינטרנט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לעשות אם אי אפשר להקליט?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לדלג על התרגול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לצלם את עצמכם בטלפון או לבקש מחבר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את התשובה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להמתין לשיעור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סוגי ראיונות יש לבחירה?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ראיון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מגמה/תיכון, תוכנית/מכינה, עבודה ראשונה ומלגה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ראיון למלגה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ראיון לצבא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כפתור שאלה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 את היומן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 טיימר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מגריל שאלת ראיון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 הקלטה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הקלטה בסימולטור נשמרת גם אחרי שיוצאים מהעמוד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להקראת השאלה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היומן שומר את כל התרגולים שעשינו כברירת מחדל מההתחלה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זמן תשובה של 90 שניות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הסימולטור מיועד רק לתלמידי חטיבת 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תחילת התרגול צריך ללחוץ על __________ כדי לקבל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מודד כמה זמן עבר מתחילת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לבחור סוג ראיון כמו עבודה ראשונה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התרגול אפשר לשמור הערות ב__________ האימונים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אין הקלטה אפשר לצלם את עצמכם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טיימר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משמיעה את השאלה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הקלטה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מודד את זמן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יומן אימונים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מאפשרת לצפות בעצמכם אחרי התרגול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סוג הראיון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 תרגולים קודמים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הקראת השאלה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קובע את תחום השאלות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שאלה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להעריך את התשובה ולשמור ביומן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סוג ראיון וזמן לתשובה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על השאלה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או לקרוא את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להפעיל טיימר והקלטה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 ראיון אחד (למשל מגמה או עבודה ראשונה) וכתבו שאלה אפשרית שיכולה להישאל בו, ותשובה קצרה שתתכוננו להגיד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אחרי תרגול בסימולטור, מה הייתם משפרים בתשובה שלכם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סוגי הראיונות שאפשר לבחור בסימולטור?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להקלטה כשיוצאים מהעמוד?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שלוחצים על שאלה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סימולטור 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