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סימולטור הראיון ולדעת איך להתכונן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לשאלות ראיון בזמן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הערכה עצמית על איכות התשובות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45, 60, 90 או 120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נמחקת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ההקלטה נמחקת כשיוצאים מהעמוד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הקראת השאלה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(מודד את זמן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(מאפשרת לצפות בעצמכם אחרי התרגול)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(שומר תרגולים קודמים)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(קובע את תחום השאלות)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סוג ראיון וזמן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ללחוץ על שאלה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או לקרוא 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להפעיל טיימר והקלטה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שאלה רלוונטית לסוג הראיון שנבחר, תשובה ענינית וברורה באורך 3-5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קריטריון: התייחסות לתוכן, קצב דיבור או בהירות,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סוג אחד לפחות כמו מגמה, עבודה ראשונה או מלגה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נמחקת ולא נשמרת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סוג ראיון וזמן תשובה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כדי שאחד יקשיב בזמן שהשני מדבר אם אין הקלטה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שימוש בכלי מול הכיתה לפני שהתלמידים מתרגלים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לדף בונה ההצגה העצמית ובונה סיפורי STAR שמופיעים בעמוד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בסימולטור הראיון בוחרים סוג ראיון וזמן לתשובה, מקבלים שאלה אקראית ועונים עליה בעל פה תוך הקלטה או תרגול מול מצלמה. בדף הזה נתרגל את העקרונות שעומדים מאחורי הכלי.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טיימר  ·  מלגה  ·  שאלה חדשה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תשובה אפשר לבחור בסימולטור?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45, 60, 90 או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להקלטה אחרי שיוצאים מהעמוד?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נשלחת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נשמרת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נמחקת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הקלטה בסימולטור נשמרת גם אחרי שיוצאים מהעמוד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להקשיב להקראת השאלה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תחילת התרגול צריך ללחוץ על __________ כדי לקבל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מודד כמה זמן עבר מתחילת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אפשר לבחור סוג ראיון כמו עבודה ראשונה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טיימר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קובע את תחום השאלות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מודד את זמן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יומן אימונים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מאפשרת לצפות בעצמכם אחרי התרגול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סוג הראיון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שומר תרגולים קודמים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ללחוץ על שאלה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סוג ראיון וזמן לתשובה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להפעיל טיימר והקלטה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או לקרוא את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סוג ראיון אחד (למשל מגמה או עבודה ראשונה) וכתבו שאלה אפשרית שיכולה להישאל בו, ותשובה קצרה שתתכוננו להגיד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אחרי תרגול בסימולטור, מה הייתם משפרים בתשובה שלכם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סוגי הראיונות שאפשר לבחור בסימולטור?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להקלטה כשיוצאים מהעמוד?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סימולטור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